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Calibri" w:hAnsi="Calibri" w:eastAsia="Calibri"/>
          <w:b/>
          <w:color w:val="1C1917"/>
          <w:sz w:val="26"/>
        </w:rPr>
        <w:t xml:space="preserve">Forum </w:t>
      </w:r>
      <w:r>
        <w:rPr>
          <w:rFonts w:ascii="Calibri" w:hAnsi="Calibri" w:eastAsia="Calibri"/>
          <w:b/>
          <w:color w:val="047857"/>
          <w:sz w:val="26"/>
        </w:rPr>
        <w:t>360</w:t>
      </w:r>
    </w:p>
    <w:p>
      <w:pPr>
        <w:spacing w:before="40" w:after="40"/>
      </w:pPr>
      <w:r>
        <w:rPr>
          <w:rFonts w:ascii="Georgia" w:hAnsi="Georgia" w:eastAsia="Georgia"/>
          <w:b/>
          <w:color w:val="1C1917"/>
          <w:sz w:val="52"/>
        </w:rPr>
        <w:t>Monthly update</w:t>
      </w:r>
    </w:p>
    <w:p>
      <w:pPr>
        <w:spacing w:before="0" w:after="160"/>
      </w:pPr>
      <w:r>
        <w:rPr>
          <w:rFonts w:ascii="Calibri" w:hAnsi="Calibri" w:eastAsia="Calibri"/>
          <w:b w:val="0"/>
          <w:color w:val="57534E"/>
          <w:sz w:val="20"/>
        </w:rPr>
        <w:t>Fill this in before you sit down. Private — for your forum only.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/>
            <w:r>
              <w:rPr>
                <w:rFonts w:ascii="Calibri" w:hAnsi="Calibri" w:eastAsia="Calibri"/>
                <w:b/>
                <w:color w:val="57534E"/>
                <w:sz w:val="20"/>
              </w:rPr>
              <w:t>Date</w:t>
            </w:r>
          </w:p>
          <w:p>
            <w:pPr>
              <w:pBdr>
                <w:bottom w:val="single" w:sz="6" w:space="1" w:color="D6D3D1"/>
              </w:pBdr>
            </w:pPr>
            <w:r>
              <w:rPr>
                <w:rFonts w:ascii="Calibri" w:hAnsi="Calibri" w:eastAsia="Calibri"/>
                <w:b w:val="0"/>
                <w:color w:val="1C1917"/>
                <w:sz w:val="32"/>
              </w:rPr>
              <w:t xml:space="preserve"> </w:t>
            </w:r>
          </w:p>
        </w:tc>
        <w:tc>
          <w:tcPr>
            <w:tcW w:type="dxa" w:w="5112"/>
          </w:tcPr>
          <w:p>
            <w:r/>
            <w:r>
              <w:rPr>
                <w:rFonts w:ascii="Calibri" w:hAnsi="Calibri" w:eastAsia="Calibri"/>
                <w:b/>
                <w:color w:val="57534E"/>
                <w:sz w:val="20"/>
              </w:rPr>
              <w:t>Name</w:t>
            </w:r>
          </w:p>
          <w:p>
            <w:pPr>
              <w:pBdr>
                <w:bottom w:val="single" w:sz="6" w:space="1" w:color="D6D3D1"/>
              </w:pBdr>
            </w:pPr>
            <w:r>
              <w:rPr>
                <w:rFonts w:ascii="Calibri" w:hAnsi="Calibri" w:eastAsia="Calibri"/>
                <w:b w:val="0"/>
                <w:color w:val="1C1917"/>
                <w:sz w:val="32"/>
              </w:rPr>
              <w:t xml:space="preserve"> </w:t>
            </w:r>
          </w:p>
        </w:tc>
      </w:tr>
    </w:tbl>
    <w:p/>
    <w:p>
      <w:pPr>
        <w:spacing w:before="240" w:after="40"/>
      </w:pPr>
      <w:r>
        <w:rPr>
          <w:rFonts w:ascii="Georgia" w:hAnsi="Georgia" w:eastAsia="Georgia"/>
          <w:b/>
          <w:color w:val="1C1917"/>
          <w:sz w:val="28"/>
        </w:rPr>
        <w:t>🔢  Ratings</w:t>
      </w:r>
    </w:p>
    <w:p>
      <w:pPr>
        <w:spacing w:before="0" w:after="120"/>
      </w:pPr>
      <w:r>
        <w:rPr>
          <w:rFonts w:ascii="Calibri" w:hAnsi="Calibri" w:eastAsia="Calibri"/>
          <w:b w:val="0"/>
          <w:color w:val="57534E"/>
          <w:sz w:val="20"/>
        </w:rPr>
        <w:t>Rate yourself on each area from 1 to 5.  1 = Terrible · 5 = Amazing.  (No .5 ratings)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461"/>
        <w:gridCol w:w="1461"/>
        <w:gridCol w:w="1461"/>
        <w:gridCol w:w="1461"/>
        <w:gridCol w:w="1461"/>
        <w:gridCol w:w="1461"/>
        <w:gridCol w:w="1461"/>
      </w:tblGrid>
      <w:tr>
        <w:tc>
          <w:tcPr>
            <w:tcW w:type="dxa" w:w="1461"/>
          </w:tcPr>
          <w:p>
            <w:r/>
            <w:r>
              <w:rPr>
                <w:rFonts w:ascii="Calibri" w:hAnsi="Calibri" w:eastAsia="Calibri"/>
                <w:b/>
                <w:color w:val="1C1917"/>
                <w:sz w:val="22"/>
              </w:rPr>
              <w:t>🧍 Personal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1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2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3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4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5</w:t>
            </w:r>
          </w:p>
        </w:tc>
        <w:tc>
          <w:tcPr>
            <w:tcW w:type="dxa" w:w="1461"/>
          </w:tcPr>
          <w:p>
            <w:pPr>
              <w:jc w:val="right"/>
            </w:pPr>
            <w:r/>
            <w:r>
              <w:rPr>
                <w:rFonts w:ascii="Calibri" w:hAnsi="Calibri" w:eastAsia="Calibri"/>
                <w:b w:val="0"/>
                <w:color w:val="A8A29E"/>
                <w:sz w:val="18"/>
              </w:rPr>
              <w:t>Terrible → Amazing</w:t>
            </w:r>
          </w:p>
        </w:tc>
      </w:tr>
      <w:tr>
        <w:tc>
          <w:tcPr>
            <w:tcW w:type="dxa" w:w="1461"/>
          </w:tcPr>
          <w:p>
            <w:r/>
            <w:r>
              <w:rPr>
                <w:rFonts w:ascii="Calibri" w:hAnsi="Calibri" w:eastAsia="Calibri"/>
                <w:b/>
                <w:color w:val="1C1917"/>
                <w:sz w:val="22"/>
              </w:rPr>
              <w:t>👨‍👩‍👧‍👦 Family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1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2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3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4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5</w:t>
            </w:r>
          </w:p>
        </w:tc>
        <w:tc>
          <w:tcPr>
            <w:tcW w:type="dxa" w:w="1461"/>
          </w:tcPr>
          <w:p>
            <w:pPr>
              <w:jc w:val="right"/>
            </w:pPr>
            <w:r/>
            <w:r>
              <w:rPr>
                <w:rFonts w:ascii="Calibri" w:hAnsi="Calibri" w:eastAsia="Calibri"/>
                <w:b w:val="0"/>
                <w:color w:val="A8A29E"/>
                <w:sz w:val="18"/>
              </w:rPr>
              <w:t>Terrible → Amazing</w:t>
            </w:r>
          </w:p>
        </w:tc>
      </w:tr>
      <w:tr>
        <w:tc>
          <w:tcPr>
            <w:tcW w:type="dxa" w:w="1461"/>
          </w:tcPr>
          <w:p>
            <w:r/>
            <w:r>
              <w:rPr>
                <w:rFonts w:ascii="Calibri" w:hAnsi="Calibri" w:eastAsia="Calibri"/>
                <w:b/>
                <w:color w:val="1C1917"/>
                <w:sz w:val="22"/>
              </w:rPr>
              <w:t>💼 Business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1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2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3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4</w:t>
            </w:r>
          </w:p>
        </w:tc>
        <w:tc>
          <w:tcPr>
            <w:tcW w:type="dxa" w:w="1461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color w:val="57534E"/>
                <w:sz w:val="22"/>
              </w:rPr>
              <w:t>○ 5</w:t>
            </w:r>
          </w:p>
        </w:tc>
        <w:tc>
          <w:tcPr>
            <w:tcW w:type="dxa" w:w="1461"/>
          </w:tcPr>
          <w:p>
            <w:pPr>
              <w:jc w:val="right"/>
            </w:pPr>
            <w:r/>
            <w:r>
              <w:rPr>
                <w:rFonts w:ascii="Calibri" w:hAnsi="Calibri" w:eastAsia="Calibri"/>
                <w:b w:val="0"/>
                <w:color w:val="A8A29E"/>
                <w:sz w:val="18"/>
              </w:rPr>
              <w:t>Terrible → Amazing</w:t>
            </w:r>
          </w:p>
        </w:tc>
      </w:tr>
    </w:tbl>
    <w:p/>
    <w:p>
      <w:pPr>
        <w:spacing w:before="240" w:after="40"/>
      </w:pPr>
      <w:r>
        <w:rPr>
          <w:rFonts w:ascii="Georgia" w:hAnsi="Georgia" w:eastAsia="Georgia"/>
          <w:b/>
          <w:color w:val="1C1917"/>
          <w:sz w:val="28"/>
        </w:rPr>
        <w:t>💭  One Word Open</w:t>
      </w:r>
    </w:p>
    <w:p>
      <w:pPr>
        <w:spacing w:before="0" w:after="120"/>
      </w:pPr>
      <w:r>
        <w:rPr>
          <w:rFonts w:ascii="Calibri" w:hAnsi="Calibri" w:eastAsia="Calibri"/>
          <w:b w:val="0"/>
          <w:color w:val="57534E"/>
          <w:sz w:val="20"/>
        </w:rPr>
        <w:t>Choose a single word to describe how you’re feeling today.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frayed</w:t>
      </w:r>
    </w:p>
    <w:p>
      <w:pPr>
        <w:spacing w:before="240" w:after="40"/>
      </w:pPr>
      <w:r>
        <w:rPr>
          <w:rFonts w:ascii="Georgia" w:hAnsi="Georgia" w:eastAsia="Georgia"/>
          <w:b/>
          <w:color w:val="1C1917"/>
          <w:sz w:val="28"/>
        </w:rPr>
        <w:t>✨  Highs &amp; Lows</w:t>
      </w:r>
    </w:p>
    <w:p>
      <w:pPr>
        <w:spacing w:before="200" w:after="40"/>
      </w:pPr>
      <w:r>
        <w:rPr>
          <w:rFonts w:ascii="Calibri" w:hAnsi="Calibri" w:eastAsia="Calibri"/>
          <w:b/>
          <w:color w:val="1C1917"/>
          <w:sz w:val="24"/>
        </w:rPr>
        <w:t>🧍 Personal</w:t>
      </w:r>
    </w:p>
    <w:p>
      <w:pPr>
        <w:spacing w:before="80" w:after="0"/>
      </w:pPr>
      <w:r>
        <w:rPr>
          <w:rFonts w:ascii="Calibri" w:hAnsi="Calibri" w:eastAsia="Calibri"/>
          <w:b/>
          <w:color w:val="57534E"/>
          <w:sz w:val="20"/>
        </w:rPr>
        <w:t>Highs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three weeks of morning runs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80" w:after="0"/>
      </w:pPr>
      <w:r>
        <w:rPr>
          <w:rFonts w:ascii="Calibri" w:hAnsi="Calibri" w:eastAsia="Calibri"/>
          <w:b/>
          <w:color w:val="57534E"/>
          <w:sz w:val="20"/>
        </w:rPr>
        <w:t>Lows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3am after the board call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200" w:after="40"/>
      </w:pPr>
      <w:r>
        <w:rPr>
          <w:rFonts w:ascii="Calibri" w:hAnsi="Calibri" w:eastAsia="Calibri"/>
          <w:b/>
          <w:color w:val="1C1917"/>
          <w:sz w:val="24"/>
        </w:rPr>
        <w:t>👨‍👩‍👧‍👦 Family</w:t>
      </w:r>
    </w:p>
    <w:p>
      <w:pPr>
        <w:spacing w:before="80" w:after="0"/>
      </w:pPr>
      <w:r>
        <w:rPr>
          <w:rFonts w:ascii="Calibri" w:hAnsi="Calibri" w:eastAsia="Calibri"/>
          <w:b/>
          <w:color w:val="57534E"/>
          <w:sz w:val="20"/>
        </w:rPr>
        <w:t>Highs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Saturday, phone in the other room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80" w:after="0"/>
      </w:pPr>
      <w:r>
        <w:rPr>
          <w:rFonts w:ascii="Calibri" w:hAnsi="Calibri" w:eastAsia="Calibri"/>
          <w:b/>
          <w:color w:val="57534E"/>
          <w:sz w:val="20"/>
        </w:rPr>
        <w:t>Lows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short after the close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200" w:after="40"/>
      </w:pPr>
      <w:r>
        <w:rPr>
          <w:rFonts w:ascii="Calibri" w:hAnsi="Calibri" w:eastAsia="Calibri"/>
          <w:b/>
          <w:color w:val="1C1917"/>
          <w:sz w:val="24"/>
        </w:rPr>
        <w:t>💼 Business</w:t>
      </w:r>
    </w:p>
    <w:p>
      <w:pPr>
        <w:spacing w:before="80" w:after="0"/>
      </w:pPr>
      <w:r>
        <w:rPr>
          <w:rFonts w:ascii="Calibri" w:hAnsi="Calibri" w:eastAsia="Calibri"/>
          <w:b/>
          <w:color w:val="57534E"/>
          <w:sz w:val="20"/>
        </w:rPr>
        <w:t>Highs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closed the renewal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80" w:after="0"/>
      </w:pPr>
      <w:r>
        <w:rPr>
          <w:rFonts w:ascii="Calibri" w:hAnsi="Calibri" w:eastAsia="Calibri"/>
          <w:b/>
          <w:color w:val="57534E"/>
          <w:sz w:val="20"/>
        </w:rPr>
        <w:t>Lows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haven’t told the team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240" w:after="40"/>
      </w:pPr>
      <w:r>
        <w:rPr>
          <w:rFonts w:ascii="Georgia" w:hAnsi="Georgia" w:eastAsia="Georgia"/>
          <w:b/>
          <w:color w:val="1C1917"/>
          <w:sz w:val="28"/>
        </w:rPr>
        <w:t>🏆  Win</w:t>
      </w:r>
    </w:p>
    <w:p>
      <w:pPr>
        <w:spacing w:before="0" w:after="120"/>
      </w:pPr>
      <w:r>
        <w:rPr>
          <w:rFonts w:ascii="Calibri" w:hAnsi="Calibri" w:eastAsia="Calibri"/>
          <w:b w:val="0"/>
          <w:color w:val="57534E"/>
          <w:sz w:val="20"/>
        </w:rPr>
        <w:t>One Success / Accomplishment / Win (Past Month)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said no to the thing that would have eaten Fridays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0"/>
      </w:pPr>
      <w:r>
        <w:br w:type="page"/>
      </w:r>
    </w:p>
    <w:p>
      <w:pPr>
        <w:spacing w:before="240" w:after="40"/>
      </w:pPr>
      <w:r>
        <w:rPr>
          <w:rFonts w:ascii="Georgia" w:hAnsi="Georgia" w:eastAsia="Georgia"/>
          <w:b/>
          <w:color w:val="1C1917"/>
          <w:sz w:val="28"/>
        </w:rPr>
        <w:t>🧛  Energy Vampire</w:t>
      </w:r>
    </w:p>
    <w:p>
      <w:pPr>
        <w:spacing w:before="0" w:after="120"/>
      </w:pPr>
      <w:r>
        <w:rPr>
          <w:rFonts w:ascii="Calibri" w:hAnsi="Calibri" w:eastAsia="Calibri"/>
          <w:b w:val="0"/>
          <w:color w:val="57534E"/>
          <w:sz w:val="20"/>
        </w:rPr>
        <w:t>Energy Vampire in My Life Right Now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the customer who CCs my cell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240" w:after="40"/>
      </w:pPr>
      <w:r>
        <w:rPr>
          <w:rFonts w:ascii="Georgia" w:hAnsi="Georgia" w:eastAsia="Georgia"/>
          <w:b/>
          <w:color w:val="1C1917"/>
          <w:sz w:val="28"/>
        </w:rPr>
        <w:t>🤐  Reluctant</w:t>
      </w:r>
    </w:p>
    <w:p>
      <w:pPr>
        <w:spacing w:before="0" w:after="120"/>
      </w:pPr>
      <w:r>
        <w:rPr>
          <w:rFonts w:ascii="Calibri" w:hAnsi="Calibri" w:eastAsia="Calibri"/>
          <w:b w:val="0"/>
          <w:color w:val="57534E"/>
          <w:sz w:val="20"/>
        </w:rPr>
        <w:t>Something I Am Reluctant to Talk About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not sure I want this seat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240" w:after="40"/>
      </w:pPr>
      <w:r>
        <w:rPr>
          <w:rFonts w:ascii="Georgia" w:hAnsi="Georgia" w:eastAsia="Georgia"/>
          <w:b/>
          <w:color w:val="1C1917"/>
          <w:sz w:val="28"/>
        </w:rPr>
        <w:t>🔍  Challenge</w:t>
      </w:r>
    </w:p>
    <w:p>
      <w:pPr>
        <w:spacing w:before="0" w:after="120"/>
      </w:pPr>
      <w:r>
        <w:rPr>
          <w:rFonts w:ascii="Calibri" w:hAnsi="Calibri" w:eastAsia="Calibri"/>
          <w:b w:val="0"/>
          <w:color w:val="57534E"/>
          <w:sz w:val="20"/>
        </w:rPr>
        <w:t>A Challenge I’d Like to Deep Dive on With the Group</w:t>
      </w:r>
    </w:p>
    <w:p>
      <w:pPr>
        <w:spacing w:before="0" w:after="0"/>
        <w:pBdr>
          <w:bottom w:val="single" w:sz="6" w:space="1" w:color="D6D3D1"/>
        </w:pBdr>
      </w:pPr>
      <w:r>
        <w:rPr>
          <w:rFonts w:ascii="Calibri" w:hAnsi="Calibri" w:eastAsia="Calibri"/>
          <w:b w:val="0"/>
          <w:i/>
          <w:color w:val="A8A29E"/>
          <w:sz w:val="20"/>
        </w:rPr>
        <w:t>e.g. hire a CEO, or sell?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0" w:after="40"/>
        <w:pBdr>
          <w:bottom w:val="single" w:sz="6" w:space="1" w:color="D6D3D1"/>
        </w:pBdr>
      </w:pPr>
      <w:r>
        <w:rPr>
          <w:rFonts w:ascii="Calibri" w:hAnsi="Calibri" w:eastAsia="Calibri"/>
          <w:b w:val="0"/>
          <w:color w:val="1C1917"/>
          <w:sz w:val="28"/>
        </w:rPr>
        <w:t xml:space="preserve"> </w:t>
      </w:r>
    </w:p>
    <w:p>
      <w:pPr>
        <w:spacing w:before="240" w:after="40"/>
      </w:pPr>
      <w:r>
        <w:rPr>
          <w:rFonts w:ascii="Georgia" w:hAnsi="Georgia" w:eastAsia="Georgia"/>
          <w:b/>
          <w:color w:val="1C1917"/>
          <w:sz w:val="28"/>
        </w:rPr>
        <w:t>🌟  Recommendations</w:t>
      </w:r>
    </w:p>
    <w:p>
      <w:pPr>
        <w:spacing w:before="0" w:after="120"/>
      </w:pPr>
      <w:r>
        <w:rPr>
          <w:rFonts w:ascii="Calibri" w:hAnsi="Calibri" w:eastAsia="Calibri"/>
          <w:b w:val="0"/>
          <w:color w:val="57534E"/>
          <w:sz w:val="20"/>
        </w:rPr>
        <w:t>Share at the end of forum. 1–3 things you’ve been enjoying lately (restaurants, books, products, podcasts, places, etc.).</w:t>
      </w:r>
    </w:p>
    <w:p>
      <w:pPr>
        <w:spacing w:before="120" w:after="0"/>
        <w:pBdr>
          <w:bottom w:val="single" w:sz="6" w:space="1" w:color="D6D3D1"/>
        </w:pBdr>
      </w:pPr>
      <w:r>
        <w:rPr>
          <w:rFonts w:ascii="Calibri" w:hAnsi="Calibri" w:eastAsia="Calibri"/>
          <w:b/>
          <w:color w:val="047857"/>
          <w:sz w:val="22"/>
        </w:rPr>
        <w:t>1.</w:t>
      </w:r>
      <w:r>
        <w:rPr>
          <w:rFonts w:ascii="Calibri" w:hAnsi="Calibri" w:eastAsia="Calibri"/>
          <w:b w:val="0"/>
          <w:i/>
          <w:color w:val="A8A29E"/>
          <w:sz w:val="20"/>
        </w:rPr>
        <w:t xml:space="preserve">  e.g. a restaurant</w:t>
      </w:r>
    </w:p>
    <w:p>
      <w:pPr>
        <w:spacing w:before="120" w:after="0"/>
        <w:pBdr>
          <w:bottom w:val="single" w:sz="6" w:space="1" w:color="D6D3D1"/>
        </w:pBdr>
      </w:pPr>
      <w:r>
        <w:rPr>
          <w:rFonts w:ascii="Calibri" w:hAnsi="Calibri" w:eastAsia="Calibri"/>
          <w:b/>
          <w:color w:val="047857"/>
          <w:sz w:val="22"/>
        </w:rPr>
        <w:t>2.</w:t>
      </w:r>
      <w:r>
        <w:rPr>
          <w:rFonts w:ascii="Calibri" w:hAnsi="Calibri" w:eastAsia="Calibri"/>
          <w:b w:val="0"/>
          <w:i/>
          <w:color w:val="A8A29E"/>
          <w:sz w:val="20"/>
        </w:rPr>
        <w:t xml:space="preserve">  e.g. a book</w:t>
      </w:r>
    </w:p>
    <w:p>
      <w:pPr>
        <w:spacing w:before="120" w:after="0"/>
        <w:pBdr>
          <w:bottom w:val="single" w:sz="6" w:space="1" w:color="D6D3D1"/>
        </w:pBdr>
      </w:pPr>
      <w:r>
        <w:rPr>
          <w:rFonts w:ascii="Calibri" w:hAnsi="Calibri" w:eastAsia="Calibri"/>
          <w:b/>
          <w:color w:val="047857"/>
          <w:sz w:val="22"/>
        </w:rPr>
        <w:t>3.</w:t>
      </w:r>
      <w:r>
        <w:rPr>
          <w:rFonts w:ascii="Calibri" w:hAnsi="Calibri" w:eastAsia="Calibri"/>
          <w:b w:val="0"/>
          <w:i/>
          <w:color w:val="A8A29E"/>
          <w:sz w:val="20"/>
        </w:rPr>
        <w:t xml:space="preserve">  e.g. a podcast</w:t>
      </w:r>
    </w:p>
    <w:p>
      <w:pPr>
        <w:spacing w:before="0" w:after="0"/>
      </w:pPr>
      <w:r>
        <w:br w:type="page"/>
      </w:r>
    </w:p>
    <w:p>
      <w:pPr>
        <w:spacing w:before="80" w:after="120"/>
      </w:pPr>
      <w:r>
        <w:rPr>
          <w:rFonts w:ascii="Georgia" w:hAnsi="Georgia" w:eastAsia="Georgia"/>
          <w:b/>
          <w:color w:val="1C1917"/>
          <w:sz w:val="52"/>
        </w:rPr>
        <w:t>How to fill this</w:t>
      </w:r>
    </w:p>
    <w:p>
      <w:pPr>
        <w:spacing w:before="0" w:after="240"/>
      </w:pPr>
      <w:r>
        <w:rPr>
          <w:rFonts w:ascii="Calibri" w:hAnsi="Calibri" w:eastAsia="Calibri"/>
          <w:b w:val="0"/>
          <w:color w:val="1C1917"/>
          <w:sz w:val="24"/>
        </w:rPr>
        <w:t>This is not a status report. It is so your forum can actually help you.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/>
            <w:r>
              <w:rPr>
                <w:rFonts w:ascii="Georgia" w:hAnsi="Georgia" w:eastAsia="Georgia"/>
                <w:b/>
                <w:color w:val="1C1917"/>
                <w:sz w:val="32"/>
              </w:rPr>
              <w:t>DO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Specific: a scene, a number, a decision.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Write the thing you’d rather skip.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One Word Open is one word.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Honest ratings, including 2s.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One challenge with a real fork.</w:t>
            </w:r>
          </w:p>
        </w:tc>
        <w:tc>
          <w:tcPr>
            <w:tcW w:type="dxa" w:w="5112"/>
          </w:tcPr>
          <w:p>
            <w:r/>
            <w:r>
              <w:rPr>
                <w:rFonts w:ascii="Georgia" w:hAnsi="Georgia" w:eastAsia="Georgia"/>
                <w:b/>
                <w:color w:val="1C1917"/>
                <w:sz w:val="32"/>
              </w:rPr>
              <w:t>DON’T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“Fine,” “busy,” or “grateful.”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Everything is a 5.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A list of twelve updates.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Coaching yourself instead of asking.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Vague “work-life balance.”</w:t>
            </w:r>
          </w:p>
          <w:p>
            <w:pPr>
              <w:spacing w:before="40" w:after="40"/>
            </w:pPr>
            <w:r>
              <w:rPr>
                <w:rFonts w:ascii="Calibri" w:hAnsi="Calibri" w:eastAsia="Calibri"/>
                <w:b w:val="0"/>
                <w:color w:val="1C1917"/>
                <w:sz w:val="22"/>
              </w:rPr>
              <w:t>·  Using this to dump on a forum member.</w:t>
            </w:r>
          </w:p>
        </w:tc>
      </w:tr>
    </w:tbl>
    <w:p>
      <w:pPr>
        <w:spacing w:before="320" w:after="80"/>
      </w:pPr>
      <w:r>
        <w:rPr>
          <w:rFonts w:ascii="Calibri" w:hAnsi="Calibri" w:eastAsia="Calibri"/>
          <w:b/>
          <w:color w:val="047857"/>
          <w:sz w:val="20"/>
        </w:rPr>
        <w:t>EXAMPLE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RATINGS  </w:t>
      </w:r>
      <w:r>
        <w:rPr>
          <w:rFonts w:ascii="Calibri" w:hAnsi="Calibri" w:eastAsia="Calibri"/>
          <w:b w:val="0"/>
          <w:i/>
          <w:color w:val="1C1917"/>
          <w:sz w:val="20"/>
        </w:rPr>
        <w:t>Personal 3 · Family 4 · Business 2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ONE WORD  </w:t>
      </w:r>
      <w:r>
        <w:rPr>
          <w:rFonts w:ascii="Calibri" w:hAnsi="Calibri" w:eastAsia="Calibri"/>
          <w:b w:val="0"/>
          <w:i/>
          <w:color w:val="1C1917"/>
          <w:sz w:val="20"/>
        </w:rPr>
        <w:t>Frayed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PERSONAL HIGHS  </w:t>
      </w:r>
      <w:r>
        <w:rPr>
          <w:rFonts w:ascii="Calibri" w:hAnsi="Calibri" w:eastAsia="Calibri"/>
          <w:b w:val="0"/>
          <w:i/>
          <w:color w:val="1C1917"/>
          <w:sz w:val="20"/>
        </w:rPr>
        <w:t>Morning runs, three weeks in a row.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PERSONAL LOWS  </w:t>
      </w:r>
      <w:r>
        <w:rPr>
          <w:rFonts w:ascii="Calibri" w:hAnsi="Calibri" w:eastAsia="Calibri"/>
          <w:b w:val="0"/>
          <w:i/>
          <w:color w:val="1C1917"/>
          <w:sz w:val="20"/>
        </w:rPr>
        <w:t>Up at 3am twice replaying Tuesday’s board call.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FAMILY HIGHS  </w:t>
      </w:r>
      <w:r>
        <w:rPr>
          <w:rFonts w:ascii="Calibri" w:hAnsi="Calibri" w:eastAsia="Calibri"/>
          <w:b w:val="0"/>
          <w:i/>
          <w:color w:val="1C1917"/>
          <w:sz w:val="20"/>
        </w:rPr>
        <w:t>Saturday with the kids, phone in the other room.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FAMILY LOWS  </w:t>
      </w:r>
      <w:r>
        <w:rPr>
          <w:rFonts w:ascii="Calibri" w:hAnsi="Calibri" w:eastAsia="Calibri"/>
          <w:b w:val="0"/>
          <w:i/>
          <w:color w:val="1C1917"/>
          <w:sz w:val="20"/>
        </w:rPr>
        <w:t>Short with my partner after the close.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BUSINESS HIGHS  </w:t>
      </w:r>
      <w:r>
        <w:rPr>
          <w:rFonts w:ascii="Calibri" w:hAnsi="Calibri" w:eastAsia="Calibri"/>
          <w:b w:val="0"/>
          <w:i/>
          <w:color w:val="1C1917"/>
          <w:sz w:val="20"/>
        </w:rPr>
        <w:t>Closed the enterprise renewal.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BUSINESS LOWS  </w:t>
      </w:r>
      <w:r>
        <w:rPr>
          <w:rFonts w:ascii="Calibri" w:hAnsi="Calibri" w:eastAsia="Calibri"/>
          <w:b w:val="0"/>
          <w:i/>
          <w:color w:val="1C1917"/>
          <w:sz w:val="20"/>
        </w:rPr>
        <w:t>Still haven’t told the team we’re missing plan.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WIN  </w:t>
      </w:r>
      <w:r>
        <w:rPr>
          <w:rFonts w:ascii="Calibri" w:hAnsi="Calibri" w:eastAsia="Calibri"/>
          <w:b w:val="0"/>
          <w:i/>
          <w:color w:val="1C1917"/>
          <w:sz w:val="20"/>
        </w:rPr>
        <w:t>Said no to the advisory that would have eaten Fridays.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ENERGY VAMPIRE  </w:t>
      </w:r>
      <w:r>
        <w:rPr>
          <w:rFonts w:ascii="Calibri" w:hAnsi="Calibri" w:eastAsia="Calibri"/>
          <w:b w:val="0"/>
          <w:i/>
          <w:color w:val="1C1917"/>
          <w:sz w:val="20"/>
        </w:rPr>
        <w:t>The customer who CCs my cell and expects a same-hour reply.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RELUCTANT  </w:t>
      </w:r>
      <w:r>
        <w:rPr>
          <w:rFonts w:ascii="Calibri" w:hAnsi="Calibri" w:eastAsia="Calibri"/>
          <w:b w:val="0"/>
          <w:i/>
          <w:color w:val="1C1917"/>
          <w:sz w:val="20"/>
        </w:rPr>
        <w:t>I’m not sure I want to keep running this company.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CHALLENGE  </w:t>
      </w:r>
      <w:r>
        <w:rPr>
          <w:rFonts w:ascii="Calibri" w:hAnsi="Calibri" w:eastAsia="Calibri"/>
          <w:b w:val="0"/>
          <w:i/>
          <w:color w:val="1C1917"/>
          <w:sz w:val="20"/>
        </w:rPr>
        <w:t>Hire a CEO in the next year, or sell?</w:t>
      </w:r>
    </w:p>
    <w:p>
      <w:pPr>
        <w:spacing w:before="20" w:after="20"/>
      </w:pPr>
      <w:r>
        <w:rPr>
          <w:rFonts w:ascii="Calibri" w:hAnsi="Calibri" w:eastAsia="Calibri"/>
          <w:b/>
          <w:color w:val="A8A29E"/>
          <w:sz w:val="20"/>
        </w:rPr>
        <w:t xml:space="preserve">RECOMMENDATIONS  </w:t>
      </w:r>
      <w:r>
        <w:rPr>
          <w:rFonts w:ascii="Calibri" w:hAnsi="Calibri" w:eastAsia="Calibri"/>
          <w:b w:val="0"/>
          <w:i/>
          <w:color w:val="1C1917"/>
          <w:sz w:val="20"/>
        </w:rPr>
        <w:t>Lola’s on 4th · Four Thousand Weeks · Acquired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color w:val="A8A29E"/>
        <w:sz w:val="18"/>
      </w:rPr>
      <w:t>forum360.app — private, for your forum only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Calibri"/>
        <w:b/>
        <w:color w:val="047857"/>
        <w:sz w:val="20"/>
      </w:rPr>
      <w:t>Forum 360</w:t>
    </w:r>
    <w:r>
      <w:rPr>
        <w:rFonts w:ascii="Georgia" w:hAnsi="Georgia" w:eastAsia="Georgia"/>
        <w:b w:val="0"/>
        <w:color w:val="57534E"/>
        <w:sz w:val="20"/>
      </w:rPr>
      <w:t xml:space="preserve">   Monthly update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